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EDUARDO, inscrito no CPF sob o nº , titular do imóvel rural "LOTE 50 (REM.), GLEBA 10 P.I.C. IPOCYSSARA - Eduardo",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EDUARDO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