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ONIRA PIMENTA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54-A, Gleba 09, Castro Alves, Setor Ipocyssara, Projeto Fundiário Corumbiara,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ONIRA PIMENTA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