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NILSON MIGUEL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45-A GLEBA 09 P.I.C. IPOCYSSARA - Sebastiao, Município de Cacoal/RO,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NILSON MIGUEL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