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41-42 GLEBA 13 P.I.C. IPOCYSSARA - Maristela"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