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 GLEBA 05 P.I.C. IPOCYSSARA - Francisco, Município de Cacoal/RO,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