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 GLEBA 07 P.I.C. IPOCYSSARA - Vizinho Marinho,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