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31-32-34 GLEBA 08 GY-PARANÁ - Jandira",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