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SEU NEGO,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42 (REM.) GLEBA 10 P.I.C. IPOCYSSARA - Nego, Município de Cacoal/RO,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SEU NEGO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