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29 GLEBA 06 P.I.C. IPOCYSSARA - Francisco",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