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06 P.I.C. IPOCYSSARA - Francisco",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