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100-A1-A GLEBA 09 GY-PARANÁ - Norberto Lagaço",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