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DA SILVA NASCIMENTO, brasileiro(a), inscrito(a) no CPF nº 030.909.508-55.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19-F, GLEBA 11, S.T. GY-PARANÁ, P.I.C. GY-PARANÁ, Município de Cacoal/RO, código INCRA/SNCR nº 9503352274393, matrícula nº 39.790,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DA SILVA NASCIMENTO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