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39.790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JOSE DA SILVA NASCIMENTO</w:t>
      </w:r>
      <w:r>
        <w:rPr>
          <w:b w:val="0"/>
          <w:sz w:val="24"/>
        </w:rPr>
        <w:t>, brasileiro, inscrito no CPF/MF nº 030.909.508-55,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9503352274393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a62da3f7-b1ee-4504-adb0-34392e747f90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