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DANIEL,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LT50C GLEBA 10 IPOCYSSARA,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DANIEL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