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DINARTE DA SILVA DO NASCIMENTO, brasileiro(a), pecuarista, inscrito(a) no CPF nº 027.407.838-41, portador(a) do RG nº 751.341 SSP/RO, residente e domiciliado(a) em Rua Lazaro Rodrigues Simão, 2.060, Bairro Properidade,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32-A (trinta e dois, letra "A"), GLEBA 04 (quatro), SETOR PROSPERIDADE, Projeto Integrado de Colonização Gy-Paraná, Município de Cacoal/RO, código INCRA/SNCR nº 950.157.894.486-0, matrícula nº 13.047,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DINARTE DA SILVA DO NASCIMENTO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