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JOSÉ DINARTE DA SILVA DO NASCIMENTO, brasileiro, inscrito no CPF sob o nº 027.407.838-41, residente e domiciliado em Cacoal/RO, vem, respeitosamente, à presença de Vossas Senhorias, solicitar a ANÁLISE E APROVAÇÃO do Cadastro Ambiental Rural — CAR referente ao imóvel rural denominado "LOTE DE TERRAS RURAIS sob nº 32-A (trinta e dois, letra "A"), GLEBA 04 (quatro), SETOR PROSPERIDADE, Projeto Integrado de Colonização Gy-Paraná", com área de 42.1853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DINARTE DA SILVA DO NASCIMENTO</w:t>
      </w:r>
    </w:p>
    <w:p>
      <w:r>
        <w:t>CPF: 027.407.838-41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