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AMERICAN HOLDING FAMILIAR LTDA., brasileiro(a), pessoa jurídica de direito privado, residente e domiciliado(a) em Avenida Sete de Setembro, 2.102, Sala 20, Bairro Princesa Isabel,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25, da GLEBA 03 (três), Castro Alves, SETOR IPOCYSSARA, do Projeto Fundiário Corumbiara, Município de Ministro Andreazza/RO, código INCRA/SNCR nº 950.181.031.631-6, matrícula nº 361, de propriedade/posse do(s) OUTORGANTE(S).</w:t>
      </w:r>
    </w:p>
    <w:p/>
    <w:p>
      <w:pPr>
        <w:jc w:val="right"/>
      </w:pPr>
      <w:r>
        <w:t>Ministro Andreazza/RO,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AMERICAN HOLDING FAMILIAR LTDA.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