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drawing>
          <wp:inline xmlns:a="http://schemas.openxmlformats.org/drawingml/2006/main" xmlns:pic="http://schemas.openxmlformats.org/drawingml/2006/picture">
            <wp:extent cx="1800000" cy="691699"/>
            <wp:docPr id="1" name="Picture 1"/>
            <wp:cNvGraphicFramePr>
              <a:graphicFrameLocks noChangeAspect="1"/>
            </wp:cNvGraphicFramePr>
            <a:graphic>
              <a:graphicData uri="http://schemas.openxmlformats.org/drawingml/2006/picture">
                <pic:pic>
                  <pic:nvPicPr>
                    <pic:cNvPr id="0" name="logo_incra_facil.png"/>
                    <pic:cNvPicPr/>
                  </pic:nvPicPr>
                  <pic:blipFill>
                    <a:blip r:embed="rId9"/>
                    <a:stretch>
                      <a:fillRect/>
                    </a:stretch>
                  </pic:blipFill>
                  <pic:spPr>
                    <a:xfrm>
                      <a:off x="0" y="0"/>
                      <a:ext cx="1800000" cy="691699"/>
                    </a:xfrm>
                    <a:prstGeom prst="rect"/>
                  </pic:spPr>
                </pic:pic>
              </a:graphicData>
            </a:graphic>
          </wp:inline>
        </w:drawing>
      </w:r>
    </w:p>
    <w:p>
      <w:pPr>
        <w:jc w:val="center"/>
      </w:pPr>
      <w:r>
        <w:rPr>
          <w:b/>
          <w:color w:val="2E5B42"/>
          <w:sz w:val="20"/>
        </w:rPr>
        <w:t>INCRA FÁCIL / ESCRITURA FÁCIL — JACUTINGA TOPOGRAFIA</w:t>
      </w:r>
    </w:p>
    <w:p/>
    <w:p>
      <w:pPr>
        <w:jc w:val="center"/>
      </w:pPr>
      <w:r>
        <w:rPr>
          <w:b/>
          <w:color w:val="2E5B42"/>
          <w:sz w:val="26"/>
        </w:rPr>
        <w:t>REQUERIMENTO DE HABILITAÇÃO DE ACESSO EXTERNO AO SEI-RO</w:t>
      </w:r>
    </w:p>
    <w:p/>
    <w:p>
      <w:r>
        <w:rPr>
          <w:b/>
          <w:sz w:val="22"/>
        </w:rPr>
        <w:t>À Secretaria de Estado do Desenvolvimento Ambiental — SEDAM-RO</w:t>
        <w:br/>
        <w:t>Sistema Eletrônico de Informações — SEI-RO</w:t>
      </w:r>
    </w:p>
    <w:p/>
    <w:p>
      <w:pPr>
        <w:jc w:val="both"/>
      </w:pPr>
      <w:r>
        <w:rPr>
          <w:sz w:val="22"/>
        </w:rPr>
        <w:t>AMERICAN HOLDING FAMILIAR LTDA., inscrito no CPF sob o nº , residente em Ministro Andreazza/RO, interessado no processo de regularização ambiental referente ao imóvel "LOTE DE TERRAS RURAIS sob nº 25, da GLEBA 03 (três), Castro Alves, SETOR IPOCYSSARA, do Projeto Fundiário Corumbiara", localizado em Ministro Andreazza/RO, vem requerer a HABILITAÇÃO DE ACESSO EXTERNO INTEGRAL ao processo SEI, a fim de acompanhar o andamento e efetuar o peticionamento de documentos nos termos da legislação vigente.</w:t>
      </w:r>
    </w:p>
    <w:p/>
    <w:p>
      <w:pPr>
        <w:jc w:val="both"/>
      </w:pPr>
      <w:r>
        <w:rPr>
          <w:sz w:val="22"/>
        </w:rPr>
        <w:t>Para tanto, informa os dados de acesso:</w:t>
        <w:br/>
        <w:t xml:space="preserve">    Nome completo:  AMERICAN HOLDING FAMILIAR LTDA.</w:t>
        <w:br/>
        <w:t xml:space="preserve">    CPF:            </w:t>
        <w:br/>
        <w:t xml:space="preserve">    E-mail:         _________________________</w:t>
        <w:br/>
        <w:t xml:space="preserve">    Telefone:       _________________________</w:t>
        <w:br/>
      </w:r>
    </w:p>
    <w:p/>
    <w:p>
      <w:pPr>
        <w:jc w:val="both"/>
      </w:pPr>
      <w:r>
        <w:rPr>
          <w:sz w:val="22"/>
        </w:rPr>
        <w:t>Obs.: Caso ainda não possua cadastro no SEI-RO, solicita também a CRIAÇÃO DE USUÁRIO EXTERNO, com acesso ao tipo 'Acesso Externo Integral', conforme orientação disponível em sei.ro.gov.br ou pelo telefone (69) 3212-9665.</w:t>
      </w:r>
    </w:p>
    <w:p/>
    <w:p>
      <w:pPr>
        <w:jc w:val="both"/>
      </w:pPr>
      <w:r>
        <w:rPr>
          <w:sz w:val="22"/>
        </w:rPr>
        <w:t>Documentos anexos:</w:t>
        <w:br/>
        <w:t>I — Documento de identidade (RG ou CNH);</w:t>
        <w:br/>
        <w:t>II — CPF;</w:t>
        <w:br/>
        <w:t>III — Comprovante de endereço (opcional).</w:t>
      </w:r>
    </w:p>
    <w:p/>
    <w:p>
      <w:pPr>
        <w:jc w:val="both"/>
      </w:pPr>
      <w:r>
        <w:rPr>
          <w:sz w:val="22"/>
        </w:rPr>
        <w:t>Termos em que pede deferimento.</w:t>
      </w:r>
    </w:p>
    <w:p/>
    <w:p>
      <w:pPr>
        <w:jc w:val="right"/>
      </w:pPr>
      <w:r>
        <w:t>Cacoal/RO, 8 de novembro de 2026</w:t>
      </w:r>
    </w:p>
    <w:p/>
    <w:p/>
    <w:p>
      <w:pPr>
        <w:jc w:val="left"/>
      </w:pPr>
      <w:r>
        <w:t>_____________________________________________</w:t>
      </w:r>
    </w:p>
    <w:p>
      <w:pPr>
        <w:jc w:val="left"/>
      </w:pPr>
      <w:r>
        <w:rPr>
          <w:b/>
        </w:rPr>
        <w:t>AMERICAN HOLDING FAMILIAR LTDA.</w:t>
      </w:r>
    </w:p>
    <w:p>
      <w:r>
        <w:t>Domicílio: Ministro Andreazza/RO</w:t>
      </w:r>
    </w:p>
    <w:p/>
    <w:p>
      <w:r>
        <w:rPr>
          <w:color w:val="555555"/>
          <w:sz w:val="18"/>
        </w:rPr>
        <w:t>Responsável Técnico: ISAAC ALMEIDA LACERDA — CREA 16.268/D-RO</w:t>
      </w:r>
    </w:p>
    <w:p>
      <w:r>
        <w:rPr>
          <w:color w:val="555555"/>
          <w:sz w:val="18"/>
        </w:rPr>
        <w:t>📞 (69) 99602-3191  |  ✉ jacutingatopografia@gmail.com</w:t>
      </w:r>
    </w:p>
    <w:sectPr w:rsidR="00FC693F" w:rsidRPr="0006063C" w:rsidSect="00034616">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