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00000" cy="6916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9"/>
                    <a:stretch>
                      <a:fillRect/>
                    </a:stretch>
                  </pic:blipFill>
                  <pic:spPr>
                    <a:xfrm>
                      <a:off x="0" y="0"/>
                      <a:ext cx="1800000" cy="691699"/>
                    </a:xfrm>
                    <a:prstGeom prst="rect"/>
                  </pic:spPr>
                </pic:pic>
              </a:graphicData>
            </a:graphic>
          </wp:inline>
        </w:drawing>
      </w:r>
    </w:p>
    <w:p>
      <w:pPr>
        <w:jc w:val="center"/>
      </w:pPr>
      <w:r>
        <w:rPr>
          <w:b/>
          <w:color w:val="2E5B42"/>
          <w:sz w:val="20"/>
        </w:rPr>
        <w:t>INCRA FÁCIL / ESCRITURA FÁCIL — JACUTINGA TOPOGRAFIA</w:t>
      </w:r>
    </w:p>
    <w:p/>
    <w:p>
      <w:pPr>
        <w:jc w:val="center"/>
      </w:pPr>
      <w:r>
        <w:rPr>
          <w:b/>
          <w:color w:val="2E5B42"/>
          <w:sz w:val="26"/>
        </w:rPr>
        <w:t>REQUERIMENTO PARA ANÁLISE / APROVAÇÃO DO CAR</w:t>
      </w:r>
    </w:p>
    <w:p/>
    <w:p>
      <w:r>
        <w:rPr>
          <w:b/>
          <w:sz w:val="22"/>
        </w:rPr>
        <w:t>À Coordenadoria de Monitoramento e Regularização Ambiental Rural — COMRAR</w:t>
        <w:br/>
        <w:t>Secretaria de Estado do Desenvolvimento Ambiental — SEDAM-RO</w:t>
      </w:r>
    </w:p>
    <w:p/>
    <w:p>
      <w:pPr>
        <w:jc w:val="both"/>
      </w:pPr>
      <w:r>
        <w:rPr>
          <w:sz w:val="22"/>
        </w:rPr>
        <w:t>AMERICAN HOLDING FAMILIAR LTDA., brasileiro, inscrito no CPF sob o nº , residente e domiciliado em Ministro Andreazza/RO, vem, respeitosamente, à presença de Vossas Senhorias, solicitar a ANÁLISE E APROVAÇÃO do Cadastro Ambiental Rural — CAR referente ao imóvel rural denominado "LOTE DE TERRAS RURAIS sob nº 25, da GLEBA 03 (três), Castro Alves, SETOR IPOCYSSARA, do Projeto Fundiário Corumbiara", com área de 49.0976 hectares, localizado no município de Ministro Andreazza/RO nos termos do art. 29 da Lei Federal nº 12.651/2012 (Código Florestal) e da Portaria SEDAM nº 305, de 28 de agosto de 2018.</w:t>
      </w:r>
    </w:p>
    <w:p/>
    <w:p>
      <w:pPr>
        <w:jc w:val="both"/>
      </w:pPr>
      <w:r>
        <w:rPr>
          <w:sz w:val="22"/>
        </w:rPr>
        <w:t>Para tanto, anexa os seguintes documentos:</w:t>
        <w:br/>
        <w:t>I — Cópia do documento de identidade e CPF do requerente;</w:t>
        <w:br/>
        <w:t>II — Cópia do Certificado de Cadastro de Imóvel Rural — CCIR;</w:t>
        <w:br/>
        <w:t>III — Cópia do ITR / NIRF;</w:t>
        <w:br/>
        <w:t>IV — Comprovante de inscrição no SICAR;</w:t>
        <w:br/>
        <w:t>V — Demais documentos exigidos pela COMRAR.</w:t>
      </w:r>
    </w:p>
    <w:p/>
    <w:p>
      <w:pPr>
        <w:jc w:val="both"/>
      </w:pPr>
      <w:r>
        <w:rPr>
          <w:sz w:val="22"/>
        </w:rPr>
        <w:t>Termos em que pede deferimento.</w:t>
      </w:r>
    </w:p>
    <w:p/>
    <w:p>
      <w:r>
        <w:t>Cacoal/RO, 6 de agosto de 2026</w:t>
      </w:r>
    </w:p>
    <w:p/>
    <w:p>
      <w:r>
        <w:t>____________________________________________________</w:t>
      </w:r>
    </w:p>
    <w:p>
      <w:r>
        <w:rPr>
          <w:b/>
        </w:rPr>
        <w:t>AMERICAN HOLDING FAMILIAR LTDA.</w:t>
      </w:r>
    </w:p>
    <w:p>
      <w:r>
        <w:t>Domicílio: Ministro Andreazza/RO</w:t>
      </w:r>
    </w:p>
    <w:p/>
    <w:p>
      <w:r>
        <w:rPr>
          <w:color w:val="555555"/>
          <w:sz w:val="18"/>
        </w:rPr>
        <w:t>Responsável Técnico: ISAAC ALMEIDA LACERDA — CREA 16.268/D-RO</w:t>
      </w:r>
    </w:p>
    <w:p>
      <w:r>
        <w:rPr>
          <w:color w:val="555555"/>
          <w:sz w:val="18"/>
        </w:rPr>
        <w:t>📞 (69) 99602-3191  |  ✉ jacutingatopografia@gmail.com</w:t>
      </w:r>
    </w:p>
    <w:sectPr w:rsidR="00FC693F" w:rsidRPr="0006063C"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