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AMERICAN HOLDING FAMILIAR LTDA., brasileiro, inscrito no CPF sob o nº , residente e domiciliado em Ministro Andreazza/RO, vem, respeitosamente, à presença de Vossas Senhorias, solicitar a ANÁLISE E APROVAÇÃO do Cadastro Ambiental Rural — CAR referente ao imóvel rural denominado "LOTE DE TERRAS RURAIS sob nº 25, da GLEBA 03 (três), Castro Alves, SETOR IPOCYSSARA, do Projeto Fundiário Corumbiara", com área de 49.0976 hectares, localizado no município de Ministro Andreazza/RO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8 de novembro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