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JONAS PEDRO DE OLIVEIRA, inscrito no CPF sob o nº , proprietário do imóvel rural denominado "Lote Rural nº 248 (duzentos e quarenta e oito), Gleba 24 (vinte e quatro), setor 14 de Abril, Gleba Castro Alves", com área de 47.8302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