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VILMA DE SOUZA TEIXEIRA, brasileira, inscrita no CPF sob o nº 681.579.242-00, residente e domiciliada em Cacoal/RO, vem, respeitosamente, à presença de Vossas Senhorias, solicitar a ANÁLISE E APROVAÇÃO do Cadastro Ambiental Rural — CAR referente ao imóvel rural denominado "LOTE DE TERRAS RURAIS sob nº 18D (dezoito, letra "D")", com área de 11.5315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VILMA DE SOUZA TEIXEIRA</w:t>
      </w:r>
    </w:p>
    <w:p>
      <w:r>
        <w:t>CPF: 681.579.242-00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