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12, GLEBA 09, SETOR LEITÃO, PROJETO PF/JARU OURO PRETO",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