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JOSENIAS IANSE, brasileiro, inscrito no CPF sob o nº 103.187.632-49, residente e domiciliado em Porto Velho/RO, vem, respeitosamente, à presença de Vossas Senhorias, solicitar a ANÁLISE E APROVAÇÃO do Cadastro Ambiental Rural — CAR referente ao imóvel rural denominado "LOTE 38, GLEBA 11, LINHA 12, Km 19, Porto Velho, RO", com área de 24.2 hectares, localizado no município de Porto Velho/RO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JOSENIAS IANSE</w:t>
      </w:r>
    </w:p>
    <w:p>
      <w:r>
        <w:t>CPF: 103.187.632-49</w:t>
      </w:r>
    </w:p>
    <w:p>
      <w:r>
        <w:t>Domicílio: Porto Velho/RO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