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JOSENIAS IANSE, inscrito no CPF sob o nº 103.187.632-49, proprietário do imóvel rural denominado "LOTE 38, GLEBA 11, LINHA 12, Km 19, Porto Velho, RO", localizado em Porto Velho/RO,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JOSENIAS IANSE</w:t>
      </w:r>
    </w:p>
    <w:p>
      <w:r>
        <w:t>CPF: 103.187.632-49</w:t>
      </w:r>
    </w:p>
    <w:p>
      <w:r>
        <w:t>Domicílio: Porto Velho/RO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