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38, GLEBA 11, LINHA 12, Km 19, Porto Velho, RO", com área de 24.2 hectares, localizado no município de Porto Velho/RO,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