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ORGOLINO SEVERINO DA SILVA, inscrito no CPF sob o nº 107.411.191-53, residente em Cacoal/RO, interessado no processo de regularização ambiental referente ao imóvel "LOTE 86-42A, GLEBA 09, S.T.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ORGOLINO SEVERINO DA SILVA</w:t>
        <w:br/>
        <w:t xml:space="preserve">    CPF:            107.411.191-53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ORGOLINO SEVERINO DA SILVA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