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ORGOLINO SEVERINO DA SILVA, brasileiro, inscrito no CPF sob o nº 107.411.191-53, residente e domiciliado em Cacoal/RO, vem, respeitosamente, à presença de Vossas Senhorias, solicitar a ANÁLISE E APROVAÇÃO do Cadastro Ambiental Rural — CAR referente ao imóvel rural denominado "LOTE 86-42A, GLEBA 09, S.T. GY-PARANÁ", com área de 4.84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ORGOLINO SEVERINO DA SILVA</w:t>
      </w:r>
    </w:p>
    <w:p>
      <w:r>
        <w:t>CPF: 107.411.191-53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