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VALERIO PEREIRA CAMPOS, inscrito no CPF sob o nº 261.092.042-34, residente em Cacoal/RO, interessado no processo de regularização ambiental referente ao imóvel "LOTE 12, GLEBA 09, SETOR IPOCYSSARA, PROJETO CORUMBIARA, CACOAL, RO",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VALERIO PEREIRA CAMPOS</w:t>
        <w:br/>
        <w:t xml:space="preserve">    CPF:            261.092.042-34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VALERIO PEREIRA CAMPOS</w:t>
      </w:r>
    </w:p>
    <w:p>
      <w:r>
        <w:t>CPF: 261.092.042-34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