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VALERIO PEREIRA CAMPOS, inscrito no CPF sob o nº 261.092.042-34, titular do imóvel rural "LOTE 12, GLEBA 09, SETOR IPOCYSSARA, PROJETO CORUMBIARA, CACOAL, RO", cadastrado no SICAR/CAR sob o nº RO-1100049-4AA7C543BA544FC7B6D1BCF2BCEFF983,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