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ELIANA CEZAR DA SILVA, brasileira, do lar, inscrito(a) no CPF nº 289.627.702-10, portador(a) do RG nº 257.083-RO, residente e domiciliado(a) em Linha 04, Lote 01, Gleba 03, Projeto Novo, Município de Ministro Andreazza.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AGUILAR KUSTER, brasileira, agricultor, inscrito(a) no CPF nº 216.145.997-68, portador(a) do RG nº 116.994-RO, residente e domiciliado(a) em Linha 08, Lote 81, Gleba 07, Município de Cacoal.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81-B-1, GLEBA 07, Setor Gy-Paraná, Município de Cacoal/RO, matrícula nº 11.591, de propriedade/posse do(s) OUTORGANTE(S).</w:t>
      </w:r>
    </w:p>
    <w:p/>
    <w:p>
      <w:pPr>
        <w:jc w:val="right"/>
      </w:pPr>
      <w:r>
        <w:t>Cacoal/RO, 13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ELIANA CEZAR DA SILVA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AGUILAR KUSTER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