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LEITÃO, P.F. JARU OURO PRETO", com área de 3.9999 hectares, localizado no município de Presidente Medici/RO, inscrito no CAR sob o nº 03.06.2014.46267,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