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CORÁ SOBRINHO, brasileiro, divorciado(a), oleiro, empresário, inscrito(a) no CPF nº 067.974.742-72, portador(a) do RG nº 76.250 SSP/RO, residente e domiciliado(a) em Avenida Inderval José Brasil, Bairro Novo Cacoal, 701,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248, GLEBA 24, ST 14 DE ABRIL, PF/  CORUMBIARA (F.F.F.) GLEBA CATRO ALVES.., Município de Espigao d'Oeste/RO, matrícula nº 14 DE ABRIL, de propriedade/posse do(s) OUTORGANTE(S).</w:t>
      </w:r>
    </w:p>
    <w:p/>
    <w:p>
      <w:pPr>
        <w:jc w:val="right"/>
      </w:pPr>
      <w:r>
        <w:t>Espigao d'Oeste/RO,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CORÁ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