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JOÃO CORÁ SOBRINHO, inscrito no CPF sob o nº 067.974.742-72, residente em Espigao d'Oeste/RO, interessado no processo de regularização ambiental referente ao imóvel "LOTE 248, GLEBA 24, ST 14 DE ABRIL, PF/  CORUMBIARA (F.F.F.) GLEBA CATRO ALVES..", localizado em Espigao d'Oeste/RO,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JOÃO CORÁ SOBRINHO</w:t>
        <w:br/>
        <w:t xml:space="preserve">    CPF:            067.974.742-72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JOÃO CORÁ SOBRINHO</w:t>
      </w:r>
    </w:p>
    <w:p>
      <w:r>
        <w:t>CPF: 067.974.742-72</w:t>
      </w:r>
    </w:p>
    <w:p>
      <w:r>
        <w:t>Domicílio: Espigao d'Oeste/RO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