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CORÁ SOBRINHO, brasileiro, inscrito no CPF sob o nº 067.974.742-72, residente e domiciliado em Espigao d'Oeste/RO, vem, respeitosamente, à presença de Vossas Senhorias, solicitar a ANÁLISE E APROVAÇÃO do Cadastro Ambiental Rural — CAR referente ao imóvel rural denominado "LOTE 248, GLEBA 24, ST 14 DE ABRIL, PF/  CORUMBIARA (F.F.F.) GLEBA CATRO ALVES..", com área de 47.8302 hectares, localizado no município de Espigao d'Oeste/RO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