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localizado em Espigao d'Oeste/RO,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