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NELSON MENDES PEREIRA, brasileiro(a), casado(a), inscrito(a) no CPF nº 11791560563.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29-A, GLEBA 10,  CASTRO ALVES, SETOR IPOCYSSARA, PROJETO FUNDIÁRIO CORUMBIARA, Município de Cacoal/RO, código INCRA/SNCR nº 00104003834-27, matrícula nº 22.037, de propriedade/posse do(s) OUTORGANTE(S).</w:t>
      </w:r>
    </w:p>
    <w:p/>
    <w:p>
      <w:pPr>
        <w:jc w:val="right"/>
      </w:pPr>
      <w:r>
        <w:t>Cacoal/RO, 19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NELSON MENDES PEREIRA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