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ESTEVÃO DE OLIVEIRA, inscrito no CPF sob o nº 191.487.719-53, residente em Cacoal/RO, interessado no processo de regularização ambiental referente ao imóvel "LOTE DE TERRAS RURAIS Nº 18 (dezoito), Remanescente, Gleba 05,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ESTEVÃO DE OLIVEIRA</w:t>
        <w:br/>
        <w:t xml:space="preserve">    CPF:            191.487.719-53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