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NORBERTO LAGAÇO, inscrito no CPF sob o nº 40918874220, proprietário do imóvel rural denominado "LOTE 100-A1-(REM.),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