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NORBERTO LAGAÇO, inscrito no CPF sob o nº 40918874220, titular do imóvel rural "LOTE 100-A1-(REM.), GLEBA 09, SETOR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 LAGAÇO</w:t>
      </w:r>
    </w:p>
    <w:p>
      <w:r>
        <w:t>CPF: 40918874220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