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09, GLEBA 08, CASTRO ALVES, SETOR IPOCYSSARA, PROJETO FUNDIÁRIO CORUMBIARA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[MAT]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[CARTÓRIO]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 w:val="0"/>
          <w:sz w:val="24"/>
        </w:rPr>
        <w:t>, brasileiro(a),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[CÓDIGO]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