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AVELINO ANTONIO VILAS BOAS, brasileiro, agricultor, inscrito(a) no CPF nº 075.376.115-72, portador(a) do RG nº 114.130-SSP-RO, residente e domiciliado(a) em Linha 08, Lote 10, Gleba 08, Sítio Vilas Boas,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ANTONIO VILAS-BÔAS, brasileiro, lavrador, inscrito(a) no CPF nº 075.376.465-20, portador(a) do RG nº 114.232-SSP-RO, residente e domiciliado(a) em Linha 08, Lote 22,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JOAQUIM ANTONIO VILAS BOAS, brasileiro, agricultor, inscrito(a) no CPF nº 107.354.962-34, portador(a) do RG nº 135.023-SSP-RO, residente e domiciliado(a) em Linha C-18, Km 19, Lotes 11 e 12, PA São Raimundo, Buritis/RO.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 VILAS BÔAS DE OLIVEIRA FLOR, brasileiro, aposentada, inscrito(a) no CPF nº 907.227.281-15, portador(a) do RG nº 1.547.080-SESDEC-RO, residente e domiciliado(a) em Rua Pedro Spagnol, 3.667, Bairro Teixeirão,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OLINDA VILAS BÔAS DA SILVA, brasileiro, do lar, inscrito(a) no CPF nº 265.633.551-53, portador(a) do RG nº 8.026.371-PCDI-PA, residente e domiciliado(a) em Rodovia BR-230, Km 200, lado norte, Uruará/PA.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FAUSTINO ANTONIO VILAS BÔAS, brasileiro, lavrador, inscrito(a) no CPF nº 162.040.002-25, portador(a) do RG nº 118.896-SSP-RO, residente e domiciliado(a) em Avenida Sete de Setembro, 2.760, Centro,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IRACÍ SILVA VILAS BÔAS DO CARMO, brasileiro, do lar, inscrito(a) no CPF nº 352.980.141-00, portador(a) do RG nº 481.144-SSP-RO, residente e domiciliado(a) em Rua Monteiro Lobato, 1.273, Bairro Floresta,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GILVANDO SILVA VILAS BOAS, brasileiro, comerciante, inscrito(a) no CPF nº 642.996.432-91, portador(a) do RG nº 377.198-SSP-RO, residente e domiciliado(a) em Rua Antônio de Paula Nunes, 3.612, Bairro Floresta,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VILAS BOAS DE OLIVEIRA, brasileiro, agricultor, inscrito(a) no CPF nº 220.532.126-68, portador(a) do RG nº 476.872-8-SESP-RR, residente e domiciliado(a) em Vicinal Santa Rita, 100, Alto Alegre/RR.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NILCIA VILAS BÔAS DE OLIVEIRA, brasileiro, professora, inscrito(a) no CPF nº 369.525.912-49, portador(a) do RG nº 6.228.949-SESPDC-SC, residente e domiciliado(a) em Avenida Sete de Setembro, 2.760, Centro,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NILSON VILAS BOAS DE OLIVEIRA, brasileiro, autônomo, inscrito(a) no CPF nº 302.175.042-72, portador(a) do RG nº 4.184.726-3-SSP-AM, residente e domiciliado(a) em Rua Cel. Raimundo Guedes, 440, Bairro Tijuca, Portel/PA.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RENILDE VILAS BÔAS DE OLIVEIRA CONSTANTINO, brasileiro, auxiliar de serviços gerais, inscrito(a) no CPF nº 016.364.959-66, portador(a) do RG nº 3.617.303-SSP-SC, residente e domiciliado(a) em Rua Evaldo Simone Corrêa, 3ª casa, Bairro São Martinho, Tubarão/SC.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SILMA VILAS BOAS DE OLIVEIRA, brasileiro, doméstica, inscrito(a) no CPF nº 558.573.962-04, portador(a) do RG nº 4.228.279-SESDC-SC, residente e domiciliado(a) em Rua Clemente Rovere, 78, "B", Centro, Florianópolis/SC.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NECY VILAS BOAS DE OLIVEIRA, brasileiro, secretária, inscrito(a) no CPF nº 603.420.802-53, portador(a) do RG nº 6.984.559-SESP-SC, residente e domiciliado(a) em Servidão Arnoldo José Martins, 26, Bairro Costeira de Pirajubaé, Florianópolis/SC.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RUBIO VILAS BOAS DE OLIVEIRA, brasileiro, lavrador, inscrito(a) no CPF nº 572.360.892-49, portador(a) do RG nº 540.588-SSP-RO, residente e domiciliado(a) em Linha C-04, Km 40, Buritis/RO.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GILSON VILAS BOAS DE OLIVEIRA, brasileiro, bartender, inscrito(a) no CPF nº 669.078.452-53, portador(a) do RG nº 636.797-SSP-RO, residente e domiciliado(a) em 359, Oliver Street, Newark, NJ, Estados Unidos.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ROSICLEIDE VILAS BOAS DO CARMO, brasileiro, lavradora, inscrito(a) no CPF nº 044.877.729-07, portador(a) do RG nº 731.354-SESDC-RO, residente e domiciliado(a) em Linha 04, Km 40, PA Menezes Filho, Buritis/RO.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EDINÉIA VILAS BOAS DE OLIVEIRA, brasileiro, do lar, inscrito(a) no CPF nº 837.301.092-00, portador(a) do RG nº 4.952.169-1-SSP-SC, residente e domiciliado(a) em Linha 09, Lote 20, Gleba 09,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ISAURA SILVA SANTOS, brasileiro, auxiliar administrativa, inscrito(a) no CPF nº 269.851.952-53, portador(a) do RG nº 1.579.496-SSP-PA, residente e domiciliado(a) em Linha 08, Lote 17,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10, GLEBA 08, S.T. IPOCYSSARA, P.F. CORUMBIARA, Município de Cacoal/RO, código INCRA/SNCR nº 001.040.015.830-9, matrícula nº 29.710,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AVELINO ANTONIO VILAS BOAS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ANTONIO VILAS-BÔAS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JOAQUIM ANTONIO VILAS BOAS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 VILAS BÔAS DE OLIVEIRA FLOR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OLINDA VILAS BÔAS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FAUSTINO ANTONIO VILAS BÔAS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IRACÍ SILVA VILAS BÔAS DO CARMO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GILVANDO SILVA VILAS BOAS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NILCIA VILAS BÔAS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NILSON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RENILDE VILAS BÔAS DE OLIVEIRA CONSTANTINO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SILMA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NECY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RUBIO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GILSON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ROSICLEIDE VILAS BOAS DO CARMO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EDINÉIA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ISAURA SILVA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