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jc w:val="center"/>
      </w:pPr>
      <w:r>
        <w:drawing>
          <wp:inline xmlns:a="http://schemas.openxmlformats.org/drawingml/2006/main" xmlns:pic="http://schemas.openxmlformats.org/drawingml/2006/picture">
            <wp:extent cx="1800000" cy="691699"/>
            <wp:docPr id="1" name="Picture 1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0" name="logo_incra_facil.png"/>
                    <pic:cNvPicPr/>
                  </pic:nvPicPr>
                  <pic:blipFill>
                    <a:blip r:embed="rId9"/>
                    <a:stretch>
                      <a:fillRect/>
                    </a:stretch>
                  </pic:blipFill>
                  <pic:spPr>
                    <a:xfrm>
                      <a:off x="0" y="0"/>
                      <a:ext cx="1800000" cy="691699"/>
                    </a:xfrm>
                    <a:prstGeom prst="rect"/>
                  </pic:spPr>
                </pic:pic>
              </a:graphicData>
            </a:graphic>
          </wp:inline>
        </w:drawing>
      </w:r>
    </w:p>
    <w:p>
      <w:pPr>
        <w:jc w:val="center"/>
      </w:pPr>
      <w:r>
        <w:rPr>
          <w:b/>
          <w:color w:val="2E5B42"/>
          <w:sz w:val="20"/>
        </w:rPr>
        <w:t>INCRA FÁCIL / ESCRITURA FÁCIL — JACUTINGA TOPOGRAFIA</w:t>
      </w:r>
    </w:p>
    <w:p/>
    <w:p>
      <w:pPr>
        <w:jc w:val="center"/>
      </w:pPr>
      <w:r>
        <w:rPr>
          <w:b/>
          <w:color w:val="2E5B42"/>
          <w:sz w:val="26"/>
        </w:rPr>
        <w:t>REQUERIMENTO DE ALTERAÇÃO DE E-MAIL NO SICAR</w:t>
      </w:r>
    </w:p>
    <w:p/>
    <w:p>
      <w:r>
        <w:rPr>
          <w:b/>
          <w:sz w:val="22"/>
        </w:rPr>
        <w:t>Ao Serviço Florestal Brasileiro — SFB / SICAR Federal</w:t>
        <w:br/>
        <w:t>(Ou: À COMRAR/SEDAM-RO para sistemas estaduais)</w:t>
      </w:r>
    </w:p>
    <w:p/>
    <w:p>
      <w:pPr>
        <w:jc w:val="both"/>
      </w:pPr>
      <w:r>
        <w:rPr>
          <w:sz w:val="22"/>
        </w:rPr>
        <w:t>, inscrito(a) no CPF sob o nº , titular do imóvel rural "teste", cadastrado no SICAR/CAR sob o nº ___________________, vem requerer a ALTERAÇÃO DO ENDEREÇO ELETRÔNICO (e-mail) vinculado ao referido cadastro, conforme segue:</w:t>
        <w:br/>
        <w:br/>
        <w:t xml:space="preserve">    E-mail atual:  _________________________</w:t>
        <w:br/>
        <w:t xml:space="preserve">    Novo e-mail:   _________________________</w:t>
        <w:br/>
      </w:r>
    </w:p>
    <w:p/>
    <w:p>
      <w:pPr>
        <w:jc w:val="both"/>
      </w:pPr>
      <w:r>
        <w:rPr>
          <w:sz w:val="22"/>
        </w:rPr>
        <w:t>A atualização é necessária para garantir o recebimento de notificações e avisos do sistema referentes ao processo de análise do CAR.</w:t>
      </w:r>
    </w:p>
    <w:p/>
    <w:p>
      <w:pPr>
        <w:jc w:val="both"/>
      </w:pPr>
      <w:r>
        <w:rPr>
          <w:sz w:val="22"/>
        </w:rPr>
        <w:t>Documentos anexos:</w:t>
        <w:br/>
        <w:t>I — Documento de identidade e CPF;</w:t>
        <w:br/>
        <w:t>II — Comprovante do novo e-mail (opcional).</w:t>
      </w:r>
    </w:p>
    <w:p/>
    <w:p>
      <w:pPr>
        <w:jc w:val="both"/>
      </w:pPr>
      <w:r>
        <w:rPr>
          <w:sz w:val="22"/>
        </w:rPr>
        <w:t>Termos em que pede deferimento.</w:t>
      </w:r>
    </w:p>
    <w:p/>
    <w:p>
      <w:pPr>
        <w:jc w:val="right"/>
      </w:pPr>
      <w:r>
        <w:t>Cacoal/RO, 24 de setembro de 2026</w:t>
      </w:r>
    </w:p>
    <w:p/>
    <w:p/>
    <w:p>
      <w:pPr>
        <w:jc w:val="left"/>
      </w:pPr>
      <w:r>
        <w:t>_____________________________________________</w:t>
      </w:r>
    </w:p>
    <w:p>
      <w:pPr>
        <w:jc w:val="left"/>
      </w:pPr>
      <w:r>
        <w:rPr>
          <w:b/>
        </w:rPr>
        <w:t>Requerente</w:t>
      </w:r>
    </w:p>
    <w:p>
      <w:r>
        <w:t>Domicílio: Cacoal/RO</w:t>
      </w:r>
    </w:p>
    <w:p/>
    <w:p>
      <w:r>
        <w:rPr>
          <w:color w:val="555555"/>
          <w:sz w:val="18"/>
        </w:rPr>
        <w:t>Responsável Técnico: ISAAC ALMEIDA LACERDA — CREA 16.268/D-RO</w:t>
      </w:r>
    </w:p>
    <w:p>
      <w:r>
        <w:rPr>
          <w:color w:val="555555"/>
          <w:sz w:val="18"/>
        </w:rPr>
        <w:t>📞 (69) 99602-3191  |  ✉ jacutingatopografia@gmail.com</w:t>
      </w:r>
    </w:p>
    <w:sectPr w:rsidR="00FC693F" w:rsidRPr="0006063C" w:rsidSect="00034616">
      <w:pgSz w:w="12240" w:h="15840"/>
      <w:pgMar w:top="1134" w:right="1134" w:bottom="1134" w:left="1701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rPr>
      <w:rFonts w:ascii="Arial" w:hAnsi="Arial"/>
      <w:sz w:val="22"/>
    </w:r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