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GELSON GUILHERME DA SILVA</w:t>
      </w:r>
      <w:r>
        <w:rPr>
          <w:b w:val="0"/>
          <w:sz w:val="24"/>
        </w:rPr>
        <w:t>, brasileiro, [ESTADO CIVIL], [PROFISSÃO], portador do CI.RG nº __________, inscrito no CPF/MF nº 912.592.232-72, filho de __________ e __________, residente e domiciliado na __________,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UNIFICAÇÃO (REMEMBRAMENTO)</w:t>
      </w:r>
      <w:r>
        <w:rPr>
          <w:b w:val="0"/>
          <w:sz w:val="24"/>
        </w:rPr>
        <w:t xml:space="preserve"> das áreas dos imóveis rurais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Identificação dos Imóveis a Unificar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81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1814"/>
          </w:tcPr>
          <w:p>
            <w:r>
              <w:rPr>
                <w:b/>
              </w:rPr>
              <w:t>MATRÍCULA</w:t>
            </w:r>
          </w:p>
        </w:tc>
        <w:tc>
          <w:tcPr>
            <w:tcW w:type="dxa" w:w="1814"/>
          </w:tcPr>
          <w:p>
            <w:r>
              <w:rPr>
                <w:b/>
              </w:rPr>
              <w:t>CARTÓRIO</w:t>
            </w:r>
          </w:p>
        </w:tc>
        <w:tc>
          <w:tcPr>
            <w:tcW w:type="dxa" w:w="1814"/>
          </w:tcPr>
          <w:p>
            <w:r>
              <w:rPr>
                <w:b/>
              </w:rPr>
              <w:t>ÁREA (ha)</w:t>
            </w:r>
          </w:p>
        </w:tc>
        <w:tc>
          <w:tcPr>
            <w:tcW w:type="dxa" w:w="1814"/>
          </w:tcPr>
          <w:p>
            <w:r>
              <w:rPr>
                <w:b/>
              </w:rPr>
              <w:t>CÓD. INCRA</w:t>
            </w:r>
          </w:p>
        </w:tc>
      </w:tr>
      <w:tr>
        <w:tc>
          <w:tcPr>
            <w:tcW w:type="dxa" w:w="1814"/>
          </w:tcPr>
          <w:p>
            <w:r>
              <w:t>LOTE 82-D, GLEBA 07, S.T. GY-PARANÁ</w:t>
            </w:r>
          </w:p>
        </w:tc>
        <w:tc>
          <w:tcPr>
            <w:tcW w:type="dxa" w:w="1814"/>
          </w:tcPr>
          <w:p>
            <w:r>
              <w:t>47.571</w:t>
            </w:r>
          </w:p>
        </w:tc>
        <w:tc>
          <w:tcPr>
            <w:tcW w:type="dxa" w:w="1814"/>
          </w:tcPr>
          <w:p>
            <w:r>
              <w:t>Registro de Imóveis de Cacoal</w:t>
            </w:r>
          </w:p>
        </w:tc>
        <w:tc>
          <w:tcPr>
            <w:tcW w:type="dxa" w:w="1814"/>
          </w:tcPr>
          <w:p>
            <w:r>
              <w:t>4,0066</w:t>
            </w:r>
          </w:p>
        </w:tc>
        <w:tc>
          <w:tcPr>
            <w:tcW w:type="dxa" w:w="1814"/>
          </w:tcPr>
          <w:p>
            <w:r>
              <w:t>950.327.589.926-1</w:t>
            </w:r>
          </w:p>
        </w:tc>
      </w:tr>
      <w:tr>
        <w:tc>
          <w:tcPr>
            <w:tcW w:type="dxa" w:w="1814"/>
          </w:tcPr>
          <w:p>
            <w:r>
              <w:t>LT81 UNIFICADO (CÓPIA)</w:t>
            </w:r>
          </w:p>
        </w:tc>
        <w:tc>
          <w:tcPr>
            <w:tcW w:type="dxa" w:w="1814"/>
          </w:tcPr>
          <w:p>
            <w:r>
              <w:t>47.571</w:t>
            </w:r>
          </w:p>
        </w:tc>
        <w:tc>
          <w:tcPr>
            <w:tcW w:type="dxa" w:w="1814"/>
          </w:tcPr>
          <w:p>
            <w:r>
              <w:t>Registro de Imóveis de Cacoal</w:t>
            </w:r>
          </w:p>
        </w:tc>
        <w:tc>
          <w:tcPr>
            <w:tcW w:type="dxa" w:w="1814"/>
          </w:tcPr>
          <w:p>
            <w:r>
              <w:t>[ÁREA]</w:t>
            </w:r>
          </w:p>
        </w:tc>
        <w:tc>
          <w:tcPr>
            <w:tcW w:type="dxa" w:w="1814"/>
          </w:tcPr>
          <w:p>
            <w:r>
              <w:t>[CÓDIGO INCRA]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descritivo, planta e planilha técnica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 xml:space="preserve">, os imóveis acima listados serão unificados resultando no imóvel denominado </w:t>
      </w:r>
      <w:r>
        <w:rPr>
          <w:b/>
          <w:sz w:val="24"/>
        </w:rPr>
        <w:t>LOTE 82-D, GLEBA 07, S.T. GY-PARANÁ (UNIFICADO)</w:t>
      </w:r>
      <w:r>
        <w:rPr>
          <w:b w:val="0"/>
          <w:sz w:val="24"/>
        </w:rPr>
        <w:t xml:space="preserve">, com área total de </w:t>
      </w:r>
      <w:r>
        <w:rPr>
          <w:b/>
          <w:sz w:val="24"/>
        </w:rPr>
        <w:t>4,0066 ha (quatro hectares e sessenta e seis centiares)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0732ad89-59cc-46f9-bba5-b1bb7d4ce87d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Ciência do Procedimento</w:t>
      </w:r>
    </w:p>
    <w:p>
      <w:pPr>
        <w:spacing w:after="40" w:before="0"/>
        <w:jc w:val="both"/>
      </w:pPr>
      <w:r>
        <w:rPr>
          <w:b w:val="0"/>
          <w:sz w:val="24"/>
        </w:rPr>
        <w:t>Que os requerentes estão cientes da necessidade do cancelamento das matrículas dos imóveis originários para a abertura de nova matrícula do imóvel unificado, conforme determina o art. 234, Cap. VI, da Lei nº 6.015/73 e as normas do INCRA/SIGEF.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Fundamentação Legal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 fundamentam o presente pedido no art. 234, Cap. VI, da </w:t>
      </w:r>
      <w:r>
        <w:rPr>
          <w:b/>
          <w:sz w:val="24"/>
        </w:rPr>
        <w:t>Lei nº 6.015, de 31 de dezembro de 1973</w:t>
      </w:r>
      <w:r>
        <w:rPr>
          <w:b w:val="0"/>
          <w:sz w:val="24"/>
        </w:rPr>
        <w:t xml:space="preserve"> (Lei de Registros Públicos), que faculta ao proprietário proceder à unificação ou fusão de imóveis contíguos, desde que pertencentes à mesma circunscrição, com a abertura de nova matrícula para o imóvel resultante.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 Unificado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4,0066 ha (quatro hectares e sessenta e seis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R$ 31.155,44 (trinta e um mil e cento e cinquenta e cinco reais e quarenta e quatro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R$ 39.350,34 (trinta e nove mil e trezentos e cinquenta reais e trinta e quatro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a </w:t>
      </w:r>
      <w:r>
        <w:rPr>
          <w:b/>
          <w:sz w:val="24"/>
        </w:rPr>
        <w:t>unificação (remembramento)</w:t>
      </w:r>
      <w:r>
        <w:rPr>
          <w:b w:val="0"/>
          <w:sz w:val="24"/>
        </w:rPr>
        <w:t xml:space="preserve"> dos imóveis descritos, com o cancelamento das matrículas originárias e abertura de nova matrícula para o imóvel unificado </w:t>
      </w:r>
      <w:r>
        <w:rPr>
          <w:b/>
          <w:sz w:val="24"/>
        </w:rPr>
        <w:t>LOTE 82-D, GLEBA 07, S.T. GY-PARANÁ (UNIFICADO)</w:t>
      </w:r>
      <w:r>
        <w:rPr>
          <w:b w:val="0"/>
          <w:sz w:val="24"/>
        </w:rPr>
        <w:t xml:space="preserve">, com área total de </w:t>
      </w:r>
      <w:r>
        <w:rPr>
          <w:b/>
          <w:sz w:val="24"/>
        </w:rPr>
        <w:t>4,0066 ha (quatro hectares e sessenta e seis centiares)</w:t>
      </w:r>
      <w:r>
        <w:rPr>
          <w:b w:val="0"/>
          <w:sz w:val="24"/>
        </w:rPr>
        <w:t>, bem como a averbação dos documentos técnicos pertinentes.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pelos atos de cancelamento e abertura de matrícula,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25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GELSON GUILHERME DA SILVA</w:t>
      </w:r>
    </w:p>
    <w:p>
      <w:pPr>
        <w:spacing w:after="0" w:before="0"/>
        <w:jc w:val="center"/>
      </w:pPr>
      <w:r>
        <w:rPr>
          <w:b w:val="0"/>
          <w:sz w:val="24"/>
        </w:rPr>
        <w:t>CPF: 912.592.232-72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