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82-D, GLEBA 07,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