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81-B5, GLEBA 07,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