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ISAAC LACERDA, brasileiro, inscrito no CPF sob o nº 94740364204, residente e domiciliado em Cacoal/RO, vem, respeitosamente, à presença de Vossas Senhorias, solicitar a ANÁLISE E APROVAÇÃO do Cadastro Ambiental Rural — CAR referente ao imóvel rural denominado "Lote 50-A-6 da Gleba 04, Setor Prosperidade, P.I.C. Gy-Paraná"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ISAAC LACERDA</w:t>
      </w:r>
    </w:p>
    <w:p>
      <w:r>
        <w:t>CPF: 94740364204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