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brasileiro, inscrito no CPF sob o nº 912.592.232-72, residente e domiciliado em Cacoal/RO, vem, respeitosamente, à presença de Vossas Senhorias, solicitar a ANÁLISE E APROVAÇÃO do Cadastro Ambiental Rural — CAR referente ao imóvel rural denominado "LOTE 82D(Unificado), GLEBA 07, S.T. GY-PARANÁ", com área de 4.0067 hectares, localizado no município de Cacoal/RO CCIR nº 9503275899261,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