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82D(Unificado), GLEBA 07, S.T.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