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82D(Unificado), GLEBA 07, S.T. GY-PARANÁ", com área de 4.0067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